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סתרים וצפנים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צופן ומהו מפתח לפענוח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פענוח הודעה סודית לפי מפתח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צופן האתבש ואת העיקרון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הטבלה שמראה איזו אות הופכת לאיזה 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הצפנה הופכת הודעה לסודית, פענוח מחזיר אותה להודעה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כמו האות הרגילה שלהן (ם כמו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להסתיר הודעה כך שרק מי שיודע את המפתח יבין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העיקרון של צופן האתבש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באתבש א מוחלפת בת, האות האחרונה באלף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המפתח אי אפשר לדעת איזו אות מייצג כל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קובע שאותיות סופיות מוצפנות כמו הרגילות, ם כמו 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פענחו לפי מפתח האתבש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זוגות אותיות באתבש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שיטת הצפנה ברורה, יצר מפתח תקין, וההודעה ניתנת לפענוח לפי המפתח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 המפתח אף אחד לא יכול לפענח את ההודעה, גם אם הוא מוצא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הטבלה שמקשרת אותיות לסמלים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לא יודעים איזו אות מייצג כל 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האתבש המלאה על הלוח לפני תרגיל הפענוח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לנסות ליצור צופן אישי קצר ולהחליף עם חבר/ה לפענוח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למילים קצרות של 2-3 אותיות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סתרים וצפנים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כתב סתרים זה כתיבה סודית. יש מפתח שמסביר איזו אות הופכת לאיזה סימן. אנחנו נלמד לפענח הודעות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קבועה להחליף אותיות או מילים בסימנים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הטבלה שמראה איזו אות הופכת לאיזה 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הודעה רגילה להודעה סודית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פענוח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ההודעה הסודית בחזרה להודעה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אתבש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צופן שבו כל אות מתחלפת באות הנגדית לה באלף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סופיות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ם ן ך ף ץ, מוצפנות כמו האותיות הרגילות שלהן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אימוג׳י שמייצג אות מסוימת בצופן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מפתח של צופן?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הטבלה שמראה איזו אות הופכת לאיזה סימן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המילה הראשונה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השם של מי שכתב את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להצפין ולפענח?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הצפנה הופכת הודעה לסודית, פענוח מחזיר אותה להודעה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פענוח קורה רק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הצפנה היא רק עם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באתבש, א הופכת לאיזו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מצפינים אותיות כמו 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בסמל שונה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האות הרגילה שלהן (ם כמו מ)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לא מוצפנות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תמיד הופכות לנקודה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משתמשים בכתב סתרים?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להסתיר הודעה כך שרק מי שיודע את המפתח יבין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לשפה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באתבש כל אות מוחלפת באות שנמצאת במרחק שווה מסוף האלף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באתבש האות א מוחלפת באות 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לפענח הודעה סודית צריך לדעת את המפתח של הצופן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אותיות סופיות מקבלות סמל שונה משלהן הרגילות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פענחו לפי מפתח האתבש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בצופן האתבש, המילה תפג מפוענחת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בצופן האתבש, המילה בי מפוענחת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בצופן האתבש, המילה מק מפוענחת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בצופן האתבש, המילה כש מפוענחת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בצופן האתבש, המילה בכפי מפוענחת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בצופן האתבש, המילה סכפי מפוענחת למילה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זוגות אותיות באתבש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של עד שש מילים והצפינו אותה באתבש או בעזרת סמלים משלכם. תנו למישהו אחר לפענח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לשמור את המפתח בסוד כשרוצים שהודעה תישאר חסויה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מפתח של צופן?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פענחו: באתבש, מה הופך לאות 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 אפשר לפענח הודעה בלי המפתח?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 סתרים וצפנים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